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PLANIFICADOR DE ESTUDIO - Lunes</w:t>
      </w:r>
    </w:p>
    <w:p>
      <w:r>
        <w:t>Objetivo del día: ________________________________________________</w:t>
        <w:br/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530"/>
        <w:gridCol w:w="1530"/>
        <w:gridCol w:w="1530"/>
        <w:gridCol w:w="1530"/>
        <w:gridCol w:w="1530"/>
        <w:gridCol w:w="1530"/>
        <w:gridCol w:w="1530"/>
        <w:gridCol w:w="1530"/>
      </w:tblGrid>
      <w:tr>
        <w:tc>
          <w:tcPr>
            <w:tcW w:type="dxa" w:w="2160"/>
            <w:shd w:fill="D9D9D9"/>
          </w:tcPr>
          <w:p>
            <w:r>
              <w:t>HORAS</w:t>
            </w:r>
          </w:p>
        </w:tc>
        <w:tc>
          <w:tcPr>
            <w:tcW w:type="dxa" w:w="1872"/>
            <w:shd w:fill="BDD7EE"/>
          </w:tcPr>
          <w:p>
            <w:r>
              <w:t>Bloque 1</w:t>
            </w:r>
          </w:p>
        </w:tc>
        <w:tc>
          <w:tcPr>
            <w:tcW w:type="dxa" w:w="1872"/>
            <w:shd w:fill="BDD7EE"/>
          </w:tcPr>
          <w:p>
            <w:r>
              <w:t>Bloque 2</w:t>
            </w:r>
          </w:p>
        </w:tc>
        <w:tc>
          <w:tcPr>
            <w:tcW w:type="dxa" w:w="1872"/>
            <w:shd w:fill="BDD7EE"/>
          </w:tcPr>
          <w:p>
            <w:r>
              <w:t>Bloque 3</w:t>
            </w:r>
          </w:p>
        </w:tc>
        <w:tc>
          <w:tcPr>
            <w:tcW w:type="dxa" w:w="1872"/>
            <w:shd w:fill="BDD7EE"/>
          </w:tcPr>
          <w:p>
            <w:r>
              <w:t>Bloque 4</w:t>
            </w:r>
          </w:p>
        </w:tc>
        <w:tc>
          <w:tcPr>
            <w:tcW w:type="dxa" w:w="1872"/>
            <w:shd w:fill="BDD7EE"/>
          </w:tcPr>
          <w:p>
            <w:r>
              <w:t>Bloque 5</w:t>
            </w:r>
          </w:p>
        </w:tc>
        <w:tc>
          <w:tcPr>
            <w:tcW w:type="dxa" w:w="1872"/>
            <w:shd w:fill="BDD7EE"/>
          </w:tcPr>
          <w:p>
            <w:r>
              <w:t>Bloque 6</w:t>
            </w:r>
          </w:p>
        </w:tc>
        <w:tc>
          <w:tcPr>
            <w:tcW w:type="dxa" w:w="1872"/>
            <w:shd w:fill="BDD7EE"/>
          </w:tcPr>
          <w:p>
            <w:r>
              <w:t>Bloque 7</w:t>
            </w:r>
          </w:p>
        </w:tc>
      </w:tr>
      <w:tr>
        <w:tc>
          <w:tcPr>
            <w:tcW w:type="dxa" w:w="2160"/>
            <w:shd w:fill="F2F2F2"/>
          </w:tcPr>
          <w:p>
            <w:r>
              <w:t>06:00 - 07:00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07:00 - 08:00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08:00 - 09:00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09:00 - 10:00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10:00 - 11:00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11:00 - 12:00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12:00 - 13:00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13:00 - 14:00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16:00 - 17:00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17:00 - 18:00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18:00 - 19:00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19:00 - 20:00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20:00 - 21:00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</w:tbl>
    <w:p>
      <w:r>
        <w:br w:type="page"/>
      </w:r>
    </w:p>
    <w:p>
      <w:pPr>
        <w:pStyle w:val="Heading1"/>
        <w:jc w:val="center"/>
      </w:pPr>
      <w:r>
        <w:t>PLANIFICADOR DE ESTUDIO - Martes</w:t>
      </w:r>
    </w:p>
    <w:p>
      <w:r>
        <w:t>Objetivo del día: ________________________________________________</w:t>
        <w:br/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530"/>
        <w:gridCol w:w="1530"/>
        <w:gridCol w:w="1530"/>
        <w:gridCol w:w="1530"/>
        <w:gridCol w:w="1530"/>
        <w:gridCol w:w="1530"/>
        <w:gridCol w:w="1530"/>
        <w:gridCol w:w="1530"/>
      </w:tblGrid>
      <w:tr>
        <w:tc>
          <w:tcPr>
            <w:tcW w:type="dxa" w:w="2160"/>
            <w:shd w:fill="D9D9D9"/>
          </w:tcPr>
          <w:p>
            <w:r>
              <w:t>HORAS</w:t>
            </w:r>
          </w:p>
        </w:tc>
        <w:tc>
          <w:tcPr>
            <w:tcW w:type="dxa" w:w="1872"/>
            <w:shd w:fill="BDD7EE"/>
          </w:tcPr>
          <w:p>
            <w:r>
              <w:t>Bloque 1</w:t>
            </w:r>
          </w:p>
        </w:tc>
        <w:tc>
          <w:tcPr>
            <w:tcW w:type="dxa" w:w="1872"/>
            <w:shd w:fill="BDD7EE"/>
          </w:tcPr>
          <w:p>
            <w:r>
              <w:t>Bloque 2</w:t>
            </w:r>
          </w:p>
        </w:tc>
        <w:tc>
          <w:tcPr>
            <w:tcW w:type="dxa" w:w="1872"/>
            <w:shd w:fill="BDD7EE"/>
          </w:tcPr>
          <w:p>
            <w:r>
              <w:t>Bloque 3</w:t>
            </w:r>
          </w:p>
        </w:tc>
        <w:tc>
          <w:tcPr>
            <w:tcW w:type="dxa" w:w="1872"/>
            <w:shd w:fill="BDD7EE"/>
          </w:tcPr>
          <w:p>
            <w:r>
              <w:t>Bloque 4</w:t>
            </w:r>
          </w:p>
        </w:tc>
        <w:tc>
          <w:tcPr>
            <w:tcW w:type="dxa" w:w="1872"/>
            <w:shd w:fill="BDD7EE"/>
          </w:tcPr>
          <w:p>
            <w:r>
              <w:t>Bloque 5</w:t>
            </w:r>
          </w:p>
        </w:tc>
        <w:tc>
          <w:tcPr>
            <w:tcW w:type="dxa" w:w="1872"/>
            <w:shd w:fill="BDD7EE"/>
          </w:tcPr>
          <w:p>
            <w:r>
              <w:t>Bloque 6</w:t>
            </w:r>
          </w:p>
        </w:tc>
        <w:tc>
          <w:tcPr>
            <w:tcW w:type="dxa" w:w="1872"/>
            <w:shd w:fill="BDD7EE"/>
          </w:tcPr>
          <w:p>
            <w:r>
              <w:t>Bloque 7</w:t>
            </w:r>
          </w:p>
        </w:tc>
      </w:tr>
      <w:tr>
        <w:tc>
          <w:tcPr>
            <w:tcW w:type="dxa" w:w="2160"/>
            <w:shd w:fill="F2F2F2"/>
          </w:tcPr>
          <w:p>
            <w:r>
              <w:t>06:00 - 07:00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07:00 - 08:00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08:00 - 09:00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09:00 - 10:00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10:00 - 11:00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11:00 - 12:00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12:00 - 13:00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13:00 - 14:00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16:00 - 17:00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17:00 - 18:00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18:00 - 19:00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19:00 - 20:00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20:00 - 21:00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</w:tbl>
    <w:p>
      <w:r>
        <w:br w:type="page"/>
      </w:r>
    </w:p>
    <w:p>
      <w:pPr>
        <w:pStyle w:val="Heading1"/>
        <w:jc w:val="center"/>
      </w:pPr>
      <w:r>
        <w:t>PLANIFICADOR DE ESTUDIO - Miércoles</w:t>
      </w:r>
    </w:p>
    <w:p>
      <w:r>
        <w:t>Objetivo del día: ________________________________________________</w:t>
        <w:br/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530"/>
        <w:gridCol w:w="1530"/>
        <w:gridCol w:w="1530"/>
        <w:gridCol w:w="1530"/>
        <w:gridCol w:w="1530"/>
        <w:gridCol w:w="1530"/>
        <w:gridCol w:w="1530"/>
        <w:gridCol w:w="1530"/>
      </w:tblGrid>
      <w:tr>
        <w:tc>
          <w:tcPr>
            <w:tcW w:type="dxa" w:w="2160"/>
            <w:shd w:fill="D9D9D9"/>
          </w:tcPr>
          <w:p>
            <w:r>
              <w:t>HORAS</w:t>
            </w:r>
          </w:p>
        </w:tc>
        <w:tc>
          <w:tcPr>
            <w:tcW w:type="dxa" w:w="1872"/>
            <w:shd w:fill="BDD7EE"/>
          </w:tcPr>
          <w:p>
            <w:r>
              <w:t>Bloque 1</w:t>
            </w:r>
          </w:p>
        </w:tc>
        <w:tc>
          <w:tcPr>
            <w:tcW w:type="dxa" w:w="1872"/>
            <w:shd w:fill="BDD7EE"/>
          </w:tcPr>
          <w:p>
            <w:r>
              <w:t>Bloque 2</w:t>
            </w:r>
          </w:p>
        </w:tc>
        <w:tc>
          <w:tcPr>
            <w:tcW w:type="dxa" w:w="1872"/>
            <w:shd w:fill="BDD7EE"/>
          </w:tcPr>
          <w:p>
            <w:r>
              <w:t>Bloque 3</w:t>
            </w:r>
          </w:p>
        </w:tc>
        <w:tc>
          <w:tcPr>
            <w:tcW w:type="dxa" w:w="1872"/>
            <w:shd w:fill="BDD7EE"/>
          </w:tcPr>
          <w:p>
            <w:r>
              <w:t>Bloque 4</w:t>
            </w:r>
          </w:p>
        </w:tc>
        <w:tc>
          <w:tcPr>
            <w:tcW w:type="dxa" w:w="1872"/>
            <w:shd w:fill="BDD7EE"/>
          </w:tcPr>
          <w:p>
            <w:r>
              <w:t>Bloque 5</w:t>
            </w:r>
          </w:p>
        </w:tc>
        <w:tc>
          <w:tcPr>
            <w:tcW w:type="dxa" w:w="1872"/>
            <w:shd w:fill="BDD7EE"/>
          </w:tcPr>
          <w:p>
            <w:r>
              <w:t>Bloque 6</w:t>
            </w:r>
          </w:p>
        </w:tc>
        <w:tc>
          <w:tcPr>
            <w:tcW w:type="dxa" w:w="1872"/>
            <w:shd w:fill="BDD7EE"/>
          </w:tcPr>
          <w:p>
            <w:r>
              <w:t>Bloque 7</w:t>
            </w:r>
          </w:p>
        </w:tc>
      </w:tr>
      <w:tr>
        <w:tc>
          <w:tcPr>
            <w:tcW w:type="dxa" w:w="2160"/>
            <w:shd w:fill="F2F2F2"/>
          </w:tcPr>
          <w:p>
            <w:r>
              <w:t>06:00 - 07:00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07:00 - 08:00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08:00 - 09:00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09:00 - 10:00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10:00 - 11:00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11:00 - 12:00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12:00 - 13:00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13:00 - 14:00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16:00 - 17:00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17:00 - 18:00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18:00 - 19:00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19:00 - 20:00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20:00 - 21:00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</w:tbl>
    <w:p>
      <w:r>
        <w:br w:type="page"/>
      </w:r>
    </w:p>
    <w:p>
      <w:pPr>
        <w:pStyle w:val="Heading1"/>
        <w:jc w:val="center"/>
      </w:pPr>
      <w:r>
        <w:t>PLANIFICADOR DE ESTUDIO - Jueves</w:t>
      </w:r>
    </w:p>
    <w:p>
      <w:r>
        <w:t>Objetivo del día: ________________________________________________</w:t>
        <w:br/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530"/>
        <w:gridCol w:w="1530"/>
        <w:gridCol w:w="1530"/>
        <w:gridCol w:w="1530"/>
        <w:gridCol w:w="1530"/>
        <w:gridCol w:w="1530"/>
        <w:gridCol w:w="1530"/>
        <w:gridCol w:w="1530"/>
      </w:tblGrid>
      <w:tr>
        <w:tc>
          <w:tcPr>
            <w:tcW w:type="dxa" w:w="2160"/>
            <w:shd w:fill="D9D9D9"/>
          </w:tcPr>
          <w:p>
            <w:r>
              <w:t>HORAS</w:t>
            </w:r>
          </w:p>
        </w:tc>
        <w:tc>
          <w:tcPr>
            <w:tcW w:type="dxa" w:w="1872"/>
            <w:shd w:fill="BDD7EE"/>
          </w:tcPr>
          <w:p>
            <w:r>
              <w:t>Bloque 1</w:t>
            </w:r>
          </w:p>
        </w:tc>
        <w:tc>
          <w:tcPr>
            <w:tcW w:type="dxa" w:w="1872"/>
            <w:shd w:fill="BDD7EE"/>
          </w:tcPr>
          <w:p>
            <w:r>
              <w:t>Bloque 2</w:t>
            </w:r>
          </w:p>
        </w:tc>
        <w:tc>
          <w:tcPr>
            <w:tcW w:type="dxa" w:w="1872"/>
            <w:shd w:fill="BDD7EE"/>
          </w:tcPr>
          <w:p>
            <w:r>
              <w:t>Bloque 3</w:t>
            </w:r>
          </w:p>
        </w:tc>
        <w:tc>
          <w:tcPr>
            <w:tcW w:type="dxa" w:w="1872"/>
            <w:shd w:fill="BDD7EE"/>
          </w:tcPr>
          <w:p>
            <w:r>
              <w:t>Bloque 4</w:t>
            </w:r>
          </w:p>
        </w:tc>
        <w:tc>
          <w:tcPr>
            <w:tcW w:type="dxa" w:w="1872"/>
            <w:shd w:fill="BDD7EE"/>
          </w:tcPr>
          <w:p>
            <w:r>
              <w:t>Bloque 5</w:t>
            </w:r>
          </w:p>
        </w:tc>
        <w:tc>
          <w:tcPr>
            <w:tcW w:type="dxa" w:w="1872"/>
            <w:shd w:fill="BDD7EE"/>
          </w:tcPr>
          <w:p>
            <w:r>
              <w:t>Bloque 6</w:t>
            </w:r>
          </w:p>
        </w:tc>
        <w:tc>
          <w:tcPr>
            <w:tcW w:type="dxa" w:w="1872"/>
            <w:shd w:fill="BDD7EE"/>
          </w:tcPr>
          <w:p>
            <w:r>
              <w:t>Bloque 7</w:t>
            </w:r>
          </w:p>
        </w:tc>
      </w:tr>
      <w:tr>
        <w:tc>
          <w:tcPr>
            <w:tcW w:type="dxa" w:w="2160"/>
            <w:shd w:fill="F2F2F2"/>
          </w:tcPr>
          <w:p>
            <w:r>
              <w:t>06:00 - 07:00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07:00 - 08:00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08:00 - 09:00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09:00 - 10:00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10:00 - 11:00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11:00 - 12:00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12:00 - 13:00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13:00 - 14:00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16:00 - 17:00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17:00 - 18:00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18:00 - 19:00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19:00 - 20:00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20:00 - 21:00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</w:tbl>
    <w:p>
      <w:r>
        <w:br w:type="page"/>
      </w:r>
    </w:p>
    <w:p>
      <w:pPr>
        <w:pStyle w:val="Heading1"/>
        <w:jc w:val="center"/>
      </w:pPr>
      <w:r>
        <w:t>PLANIFICADOR DE ESTUDIO - Viernes</w:t>
      </w:r>
    </w:p>
    <w:p>
      <w:r>
        <w:t>Objetivo del día: ________________________________________________</w:t>
        <w:br/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530"/>
        <w:gridCol w:w="1530"/>
        <w:gridCol w:w="1530"/>
        <w:gridCol w:w="1530"/>
        <w:gridCol w:w="1530"/>
        <w:gridCol w:w="1530"/>
        <w:gridCol w:w="1530"/>
        <w:gridCol w:w="1530"/>
      </w:tblGrid>
      <w:tr>
        <w:tc>
          <w:tcPr>
            <w:tcW w:type="dxa" w:w="2160"/>
            <w:shd w:fill="D9D9D9"/>
          </w:tcPr>
          <w:p>
            <w:r>
              <w:t>HORAS</w:t>
            </w:r>
          </w:p>
        </w:tc>
        <w:tc>
          <w:tcPr>
            <w:tcW w:type="dxa" w:w="1872"/>
            <w:shd w:fill="BDD7EE"/>
          </w:tcPr>
          <w:p>
            <w:r>
              <w:t>Bloque 1</w:t>
            </w:r>
          </w:p>
        </w:tc>
        <w:tc>
          <w:tcPr>
            <w:tcW w:type="dxa" w:w="1872"/>
            <w:shd w:fill="BDD7EE"/>
          </w:tcPr>
          <w:p>
            <w:r>
              <w:t>Bloque 2</w:t>
            </w:r>
          </w:p>
        </w:tc>
        <w:tc>
          <w:tcPr>
            <w:tcW w:type="dxa" w:w="1872"/>
            <w:shd w:fill="BDD7EE"/>
          </w:tcPr>
          <w:p>
            <w:r>
              <w:t>Bloque 3</w:t>
            </w:r>
          </w:p>
        </w:tc>
        <w:tc>
          <w:tcPr>
            <w:tcW w:type="dxa" w:w="1872"/>
            <w:shd w:fill="BDD7EE"/>
          </w:tcPr>
          <w:p>
            <w:r>
              <w:t>Bloque 4</w:t>
            </w:r>
          </w:p>
        </w:tc>
        <w:tc>
          <w:tcPr>
            <w:tcW w:type="dxa" w:w="1872"/>
            <w:shd w:fill="BDD7EE"/>
          </w:tcPr>
          <w:p>
            <w:r>
              <w:t>Bloque 5</w:t>
            </w:r>
          </w:p>
        </w:tc>
        <w:tc>
          <w:tcPr>
            <w:tcW w:type="dxa" w:w="1872"/>
            <w:shd w:fill="BDD7EE"/>
          </w:tcPr>
          <w:p>
            <w:r>
              <w:t>Bloque 6</w:t>
            </w:r>
          </w:p>
        </w:tc>
        <w:tc>
          <w:tcPr>
            <w:tcW w:type="dxa" w:w="1872"/>
            <w:shd w:fill="BDD7EE"/>
          </w:tcPr>
          <w:p>
            <w:r>
              <w:t>Bloque 7</w:t>
            </w:r>
          </w:p>
        </w:tc>
      </w:tr>
      <w:tr>
        <w:tc>
          <w:tcPr>
            <w:tcW w:type="dxa" w:w="2160"/>
            <w:shd w:fill="F2F2F2"/>
          </w:tcPr>
          <w:p>
            <w:r>
              <w:t>06:00 - 07:00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07:00 - 08:00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08:00 - 09:00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09:00 - 10:00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10:00 - 11:00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11:00 - 12:00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12:00 - 13:00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13:00 - 14:00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16:00 - 17:00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17:00 - 18:00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18:00 - 19:00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19:00 - 20:00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20:00 - 21:00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</w:tbl>
    <w:p>
      <w:r>
        <w:br w:type="page"/>
      </w:r>
    </w:p>
    <w:p>
      <w:pPr>
        <w:pStyle w:val="Heading1"/>
        <w:jc w:val="center"/>
      </w:pPr>
      <w:r>
        <w:t>PLANIFICADOR DE ESTUDIO - Sábado</w:t>
      </w:r>
    </w:p>
    <w:p>
      <w:r>
        <w:t>Objetivo del día: ________________________________________________</w:t>
        <w:br/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530"/>
        <w:gridCol w:w="1530"/>
        <w:gridCol w:w="1530"/>
        <w:gridCol w:w="1530"/>
        <w:gridCol w:w="1530"/>
        <w:gridCol w:w="1530"/>
        <w:gridCol w:w="1530"/>
        <w:gridCol w:w="1530"/>
      </w:tblGrid>
      <w:tr>
        <w:tc>
          <w:tcPr>
            <w:tcW w:type="dxa" w:w="2160"/>
            <w:shd w:fill="D9D9D9"/>
          </w:tcPr>
          <w:p>
            <w:r>
              <w:t>HORAS</w:t>
            </w:r>
          </w:p>
        </w:tc>
        <w:tc>
          <w:tcPr>
            <w:tcW w:type="dxa" w:w="1872"/>
            <w:shd w:fill="BDD7EE"/>
          </w:tcPr>
          <w:p>
            <w:r>
              <w:t>Bloque 1</w:t>
            </w:r>
          </w:p>
        </w:tc>
        <w:tc>
          <w:tcPr>
            <w:tcW w:type="dxa" w:w="1872"/>
            <w:shd w:fill="BDD7EE"/>
          </w:tcPr>
          <w:p>
            <w:r>
              <w:t>Bloque 2</w:t>
            </w:r>
          </w:p>
        </w:tc>
        <w:tc>
          <w:tcPr>
            <w:tcW w:type="dxa" w:w="1872"/>
            <w:shd w:fill="BDD7EE"/>
          </w:tcPr>
          <w:p>
            <w:r>
              <w:t>Bloque 3</w:t>
            </w:r>
          </w:p>
        </w:tc>
        <w:tc>
          <w:tcPr>
            <w:tcW w:type="dxa" w:w="1872"/>
            <w:shd w:fill="BDD7EE"/>
          </w:tcPr>
          <w:p>
            <w:r>
              <w:t>Bloque 4</w:t>
            </w:r>
          </w:p>
        </w:tc>
        <w:tc>
          <w:tcPr>
            <w:tcW w:type="dxa" w:w="1872"/>
            <w:shd w:fill="BDD7EE"/>
          </w:tcPr>
          <w:p>
            <w:r>
              <w:t>Bloque 5</w:t>
            </w:r>
          </w:p>
        </w:tc>
        <w:tc>
          <w:tcPr>
            <w:tcW w:type="dxa" w:w="1872"/>
            <w:shd w:fill="BDD7EE"/>
          </w:tcPr>
          <w:p>
            <w:r>
              <w:t>Bloque 6</w:t>
            </w:r>
          </w:p>
        </w:tc>
        <w:tc>
          <w:tcPr>
            <w:tcW w:type="dxa" w:w="1872"/>
            <w:shd w:fill="BDD7EE"/>
          </w:tcPr>
          <w:p>
            <w:r>
              <w:t>Bloque 7</w:t>
            </w:r>
          </w:p>
        </w:tc>
      </w:tr>
      <w:tr>
        <w:tc>
          <w:tcPr>
            <w:tcW w:type="dxa" w:w="2160"/>
            <w:shd w:fill="F2F2F2"/>
          </w:tcPr>
          <w:p>
            <w:r>
              <w:t>06:00 - 07:00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07:00 - 08:00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08:00 - 09:00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09:00 - 10:00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10:00 - 11:00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11:00 - 12:00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12:00 - 13:00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13:00 - 14:00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16:00 - 17:00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17:00 - 18:00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18:00 - 19:00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19:00 - 20:00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20:00 - 21:00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</w:tbl>
    <w:p>
      <w:r>
        <w:br w:type="page"/>
      </w:r>
    </w:p>
    <w:p>
      <w:pPr>
        <w:pStyle w:val="Heading1"/>
        <w:jc w:val="center"/>
      </w:pPr>
      <w:r>
        <w:t>PLANIFICADOR DE ESTUDIO - Domingo</w:t>
      </w:r>
    </w:p>
    <w:p>
      <w:r>
        <w:t>Objetivo del día: ________________________________________________</w:t>
        <w:br/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530"/>
        <w:gridCol w:w="1530"/>
        <w:gridCol w:w="1530"/>
        <w:gridCol w:w="1530"/>
        <w:gridCol w:w="1530"/>
        <w:gridCol w:w="1530"/>
        <w:gridCol w:w="1530"/>
        <w:gridCol w:w="1530"/>
      </w:tblGrid>
      <w:tr>
        <w:tc>
          <w:tcPr>
            <w:tcW w:type="dxa" w:w="2160"/>
            <w:shd w:fill="D9D9D9"/>
          </w:tcPr>
          <w:p>
            <w:r>
              <w:t>HORAS</w:t>
            </w:r>
          </w:p>
        </w:tc>
        <w:tc>
          <w:tcPr>
            <w:tcW w:type="dxa" w:w="1872"/>
            <w:shd w:fill="BDD7EE"/>
          </w:tcPr>
          <w:p>
            <w:r>
              <w:t>Bloque 1</w:t>
            </w:r>
          </w:p>
        </w:tc>
        <w:tc>
          <w:tcPr>
            <w:tcW w:type="dxa" w:w="1872"/>
            <w:shd w:fill="BDD7EE"/>
          </w:tcPr>
          <w:p>
            <w:r>
              <w:t>Bloque 2</w:t>
            </w:r>
          </w:p>
        </w:tc>
        <w:tc>
          <w:tcPr>
            <w:tcW w:type="dxa" w:w="1872"/>
            <w:shd w:fill="BDD7EE"/>
          </w:tcPr>
          <w:p>
            <w:r>
              <w:t>Bloque 3</w:t>
            </w:r>
          </w:p>
        </w:tc>
        <w:tc>
          <w:tcPr>
            <w:tcW w:type="dxa" w:w="1872"/>
            <w:shd w:fill="BDD7EE"/>
          </w:tcPr>
          <w:p>
            <w:r>
              <w:t>Bloque 4</w:t>
            </w:r>
          </w:p>
        </w:tc>
        <w:tc>
          <w:tcPr>
            <w:tcW w:type="dxa" w:w="1872"/>
            <w:shd w:fill="BDD7EE"/>
          </w:tcPr>
          <w:p>
            <w:r>
              <w:t>Bloque 5</w:t>
            </w:r>
          </w:p>
        </w:tc>
        <w:tc>
          <w:tcPr>
            <w:tcW w:type="dxa" w:w="1872"/>
            <w:shd w:fill="BDD7EE"/>
          </w:tcPr>
          <w:p>
            <w:r>
              <w:t>Bloque 6</w:t>
            </w:r>
          </w:p>
        </w:tc>
        <w:tc>
          <w:tcPr>
            <w:tcW w:type="dxa" w:w="1872"/>
            <w:shd w:fill="BDD7EE"/>
          </w:tcPr>
          <w:p>
            <w:r>
              <w:t>Bloque 7</w:t>
            </w:r>
          </w:p>
        </w:tc>
      </w:tr>
      <w:tr>
        <w:tc>
          <w:tcPr>
            <w:tcW w:type="dxa" w:w="2160"/>
            <w:shd w:fill="F2F2F2"/>
          </w:tcPr>
          <w:p>
            <w:r>
              <w:t>06:00 - 07:00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07:00 - 08:00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08:00 - 09:00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09:00 - 10:00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10:00 - 11:00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11:00 - 12:00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12:00 - 13:00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13:00 - 14:00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16:00 - 17:00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17:00 - 18:00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18:00 - 19:00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19:00 - 20:00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  <w:tr>
        <w:tc>
          <w:tcPr>
            <w:tcW w:type="dxa" w:w="2160"/>
            <w:shd w:fill="F2F2F2"/>
          </w:tcPr>
          <w:p>
            <w:r>
              <w:t>20:00 - 21:00</w:t>
            </w:r>
          </w:p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  <w:tc>
          <w:tcPr>
            <w:tcW w:type="dxa" w:w="1872"/>
          </w:tcPr>
          <w:p/>
        </w:tc>
      </w:tr>
    </w:tbl>
    <w:sectPr w:rsidR="00FC693F" w:rsidRPr="0006063C" w:rsidSect="00034616">
      <w:pgSz w:w="15840" w:h="12240" w:orient="landscape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