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rPr>
          <w:sz w:val="48"/>
        </w:rPr>
        <w:t>Rutina de Constancia Diaria</w:t>
      </w:r>
    </w:p>
    <w:p>
      <w:pPr>
        <w:jc w:val="center"/>
      </w:pPr>
      <w:r>
        <w:rPr>
          <w:i/>
        </w:rPr>
        <w:t>El progreso real se construye día a día</w:t>
      </w:r>
    </w:p>
    <w:p/>
    <w:p>
      <w:pPr>
        <w:spacing w:after="280"/>
      </w:pPr>
      <w:r>
        <w:t>Pensada para oposiciones largas, donde lo importante no es un gran día, sino mantener el ritmo durante meses.</w:t>
      </w:r>
    </w:p>
    <w:p>
      <w:pPr>
        <w:pStyle w:val="Heading2"/>
      </w:pPr>
      <w:r>
        <w:t>Datos generales</w:t>
      </w:r>
    </w:p>
    <w:p>
      <w:pPr>
        <w:spacing w:after="240"/>
      </w:pPr>
      <w:r>
        <w:rPr>
          <w:b/>
        </w:rPr>
        <w:t>Fecha:</w:t>
        <w:br/>
        <w:br/>
      </w:r>
    </w:p>
    <w:p>
      <w:pPr>
        <w:spacing w:after="240"/>
      </w:pPr>
      <w:r>
        <w:rPr>
          <w:b/>
        </w:rPr>
        <w:t>Horas totales de estudio:</w:t>
        <w:br/>
        <w:br/>
      </w:r>
    </w:p>
    <w:p>
      <w:pPr>
        <w:pStyle w:val="Heading2"/>
      </w:pPr>
      <w:r>
        <w:t>Sesión de mañana</w:t>
      </w:r>
    </w:p>
    <w:p>
      <w:pPr>
        <w:spacing w:after="240"/>
      </w:pPr>
      <w:r>
        <w:rPr>
          <w:b/>
        </w:rPr>
        <w:t>Estudio principal:</w:t>
        <w:br/>
        <w:br/>
      </w:r>
    </w:p>
    <w:p>
      <w:pPr>
        <w:spacing w:after="240"/>
      </w:pPr>
      <w:r>
        <w:rPr>
          <w:b/>
        </w:rPr>
        <w:t>Tiempo invertido:</w:t>
        <w:br/>
        <w:br/>
      </w:r>
    </w:p>
    <w:p>
      <w:pPr>
        <w:spacing w:after="240"/>
      </w:pPr>
      <w:r>
        <w:rPr>
          <w:b/>
        </w:rPr>
        <w:t>Resultado:</w:t>
        <w:br/>
        <w:br/>
      </w:r>
    </w:p>
    <w:p>
      <w:pPr>
        <w:pStyle w:val="Heading2"/>
      </w:pPr>
      <w:r>
        <w:t>Sesión de tarde</w:t>
      </w:r>
    </w:p>
    <w:p>
      <w:pPr>
        <w:spacing w:after="240"/>
      </w:pPr>
      <w:r>
        <w:rPr>
          <w:b/>
        </w:rPr>
        <w:t>Repaso o test:</w:t>
        <w:br/>
        <w:br/>
      </w:r>
    </w:p>
    <w:p>
      <w:pPr>
        <w:spacing w:after="240"/>
      </w:pPr>
      <w:r>
        <w:rPr>
          <w:b/>
        </w:rPr>
        <w:t>Tiempo invertido:</w:t>
        <w:br/>
        <w:br/>
      </w:r>
    </w:p>
    <w:p>
      <w:pPr>
        <w:spacing w:after="240"/>
      </w:pPr>
      <w:r>
        <w:rPr>
          <w:b/>
        </w:rPr>
        <w:t>Resultado:</w:t>
        <w:br/>
        <w:br/>
      </w:r>
    </w:p>
    <w:p>
      <w:pPr>
        <w:pStyle w:val="Heading2"/>
      </w:pPr>
      <w:r>
        <w:t>Seguimiento</w:t>
      </w:r>
    </w:p>
    <w:p>
      <w:pPr>
        <w:spacing w:after="240"/>
      </w:pPr>
      <w:r>
        <w:rPr>
          <w:b/>
        </w:rPr>
        <w:t>Qué se consolida:</w:t>
        <w:br/>
        <w:br/>
      </w:r>
    </w:p>
    <w:p>
      <w:pPr>
        <w:spacing w:after="240"/>
      </w:pPr>
      <w:r>
        <w:rPr>
          <w:b/>
        </w:rPr>
        <w:t>Qué necesita refuerzo:</w:t>
        <w:br/>
        <w:br/>
      </w:r>
    </w:p>
    <w:p>
      <w:pPr>
        <w:spacing w:after="240"/>
      </w:pPr>
      <w:r>
        <w:rPr>
          <w:b/>
        </w:rPr>
        <w:t>Nivel de agotamiento:</w:t>
        <w:br/>
        <w:br/>
      </w:r>
    </w:p>
    <w:p>
      <w:pPr>
        <w:pStyle w:val="Heading2"/>
      </w:pPr>
      <w:r>
        <w:t>Reflexión</w:t>
      </w:r>
    </w:p>
    <w:p>
      <w:pPr>
        <w:spacing w:after="240"/>
      </w:pPr>
      <w:r>
        <w:rPr>
          <w:b/>
        </w:rPr>
        <w:t>Qué ha ido bien hoy:</w:t>
        <w:br/>
        <w:br/>
      </w:r>
    </w:p>
    <w:p>
      <w:pPr>
        <w:spacing w:after="240"/>
      </w:pPr>
      <w:r>
        <w:rPr>
          <w:b/>
        </w:rPr>
        <w:t>Qué mejoraría mañana:</w:t>
        <w:br/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