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sz w:val="48"/>
        </w:rPr>
        <w:t>Rutina Corta de Estudio</w:t>
      </w:r>
    </w:p>
    <w:p>
      <w:pPr>
        <w:jc w:val="center"/>
      </w:pPr>
      <w:r>
        <w:rPr>
          <w:i/>
        </w:rPr>
        <w:t>Crear el hábito sin agobios</w:t>
      </w:r>
    </w:p>
    <w:p/>
    <w:p>
      <w:pPr>
        <w:spacing w:after="280"/>
      </w:pPr>
      <w:r>
        <w:t>Esta rutina está pensada para los primeros momentos de la oposición. No busca exprimirte, sino ayudarte a sentarte cada día y empezar a construir constancia.</w:t>
      </w:r>
    </w:p>
    <w:p>
      <w:pPr>
        <w:pStyle w:val="Heading2"/>
      </w:pPr>
      <w:r>
        <w:t>Datos del día</w:t>
      </w:r>
    </w:p>
    <w:p>
      <w:pPr>
        <w:spacing w:after="240"/>
      </w:pPr>
      <w:r>
        <w:rPr>
          <w:b/>
        </w:rPr>
        <w:t>Fecha:</w:t>
        <w:br/>
        <w:br/>
      </w:r>
    </w:p>
    <w:p>
      <w:pPr>
        <w:spacing w:after="240"/>
      </w:pPr>
      <w:r>
        <w:rPr>
          <w:b/>
        </w:rPr>
        <w:t>Hora de inicio:</w:t>
        <w:br/>
        <w:br/>
      </w:r>
    </w:p>
    <w:p>
      <w:pPr>
        <w:spacing w:after="240"/>
      </w:pPr>
      <w:r>
        <w:rPr>
          <w:b/>
        </w:rPr>
        <w:t>Hora de finalización:</w:t>
        <w:br/>
        <w:br/>
      </w:r>
    </w:p>
    <w:p>
      <w:pPr>
        <w:spacing w:after="240"/>
      </w:pPr>
      <w:r>
        <w:rPr>
          <w:b/>
        </w:rPr>
        <w:t>Lugar de estudio:</w:t>
        <w:br/>
        <w:br/>
      </w:r>
    </w:p>
    <w:p>
      <w:pPr>
        <w:pStyle w:val="Heading2"/>
      </w:pPr>
      <w:r>
        <w:t>Estudio del día</w:t>
      </w:r>
    </w:p>
    <w:p>
      <w:pPr>
        <w:spacing w:after="240"/>
      </w:pPr>
      <w:r>
        <w:rPr>
          <w:b/>
        </w:rPr>
        <w:t>Tema o bloque trabajado:</w:t>
        <w:br/>
        <w:br/>
      </w:r>
    </w:p>
    <w:p>
      <w:pPr>
        <w:spacing w:after="240"/>
      </w:pPr>
      <w:r>
        <w:rPr>
          <w:b/>
        </w:rPr>
        <w:t>Objetivo principal:</w:t>
        <w:br/>
        <w:br/>
      </w:r>
    </w:p>
    <w:p>
      <w:pPr>
        <w:spacing w:after="240"/>
      </w:pPr>
      <w:r>
        <w:rPr>
          <w:b/>
        </w:rPr>
        <w:t>Qué he entendido:</w:t>
        <w:br/>
        <w:br/>
      </w:r>
    </w:p>
    <w:p>
      <w:pPr>
        <w:spacing w:after="240"/>
      </w:pPr>
      <w:r>
        <w:rPr>
          <w:b/>
        </w:rPr>
        <w:t>Qué me ha costado más:</w:t>
        <w:br/>
        <w:br/>
      </w:r>
    </w:p>
    <w:p>
      <w:pPr>
        <w:pStyle w:val="Heading2"/>
      </w:pPr>
      <w:r>
        <w:t>Sensaciones</w:t>
      </w:r>
    </w:p>
    <w:p>
      <w:pPr>
        <w:spacing w:after="240"/>
      </w:pPr>
      <w:r>
        <w:rPr>
          <w:b/>
        </w:rPr>
        <w:t>Nivel de concentración:</w:t>
        <w:br/>
        <w:br/>
      </w:r>
    </w:p>
    <w:p>
      <w:pPr>
        <w:spacing w:after="240"/>
      </w:pPr>
      <w:r>
        <w:rPr>
          <w:b/>
        </w:rPr>
        <w:t>Cansancio mental:</w:t>
        <w:br/>
        <w:br/>
      </w:r>
    </w:p>
    <w:p>
      <w:pPr>
        <w:spacing w:after="240"/>
      </w:pPr>
      <w:r>
        <w:rPr>
          <w:b/>
        </w:rPr>
        <w:t>Estado de ánimo:</w:t>
        <w:br/>
        <w:br/>
      </w:r>
    </w:p>
    <w:p>
      <w:pPr>
        <w:pStyle w:val="Heading2"/>
      </w:pPr>
      <w:r>
        <w:t>Cierre del día</w:t>
      </w:r>
    </w:p>
    <w:p>
      <w:pPr>
        <w:spacing w:after="240"/>
      </w:pPr>
      <w:r>
        <w:rPr>
          <w:b/>
        </w:rPr>
        <w:t>Qué considero un logro hoy:</w:t>
        <w:br/>
        <w:br/>
      </w:r>
    </w:p>
    <w:p>
      <w:pPr>
        <w:spacing w:after="240"/>
      </w:pPr>
      <w:r>
        <w:rPr>
          <w:b/>
        </w:rPr>
        <w:t>Qué continuaré mañana:</w:t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